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645C8" w14:textId="77777777" w:rsidR="009F1ED4" w:rsidRDefault="00000000" w:rsidP="006F082A">
      <w:pPr>
        <w:pStyle w:val="Heading1"/>
        <w:spacing w:line="240" w:lineRule="auto"/>
        <w:jc w:val="center"/>
        <w:rPr>
          <w:rFonts w:ascii="Arial" w:hAnsi="Arial" w:cs="Arial"/>
        </w:rPr>
      </w:pPr>
      <w:r w:rsidRPr="009F1ED4">
        <w:rPr>
          <w:rFonts w:ascii="Arial" w:hAnsi="Arial" w:cs="Arial"/>
        </w:rPr>
        <w:t>Stotfold Town Council</w:t>
      </w:r>
    </w:p>
    <w:p w14:paraId="1A599E19" w14:textId="445879D2" w:rsidR="00811497" w:rsidRPr="009F1ED4" w:rsidRDefault="00000000" w:rsidP="006F082A">
      <w:pPr>
        <w:pStyle w:val="Heading1"/>
        <w:spacing w:line="240" w:lineRule="auto"/>
        <w:jc w:val="center"/>
        <w:rPr>
          <w:rFonts w:ascii="Arial" w:hAnsi="Arial" w:cs="Arial"/>
        </w:rPr>
      </w:pPr>
      <w:r w:rsidRPr="009F1ED4">
        <w:rPr>
          <w:rFonts w:ascii="Arial" w:hAnsi="Arial" w:cs="Arial"/>
        </w:rPr>
        <w:t>Equal Opportunities Monitoring Form</w:t>
      </w:r>
    </w:p>
    <w:p w14:paraId="2A25B77E" w14:textId="77777777" w:rsidR="006F082A" w:rsidRDefault="006F082A">
      <w:pPr>
        <w:rPr>
          <w:rFonts w:ascii="Arial" w:hAnsi="Arial" w:cs="Arial"/>
          <w:b/>
        </w:rPr>
      </w:pPr>
    </w:p>
    <w:p w14:paraId="7B12E8E4" w14:textId="6F4BBCE5" w:rsidR="00811497" w:rsidRPr="009F1ED4" w:rsidRDefault="00000000">
      <w:pPr>
        <w:rPr>
          <w:rFonts w:ascii="Arial" w:hAnsi="Arial" w:cs="Arial"/>
        </w:rPr>
      </w:pPr>
      <w:r w:rsidRPr="009F1ED4">
        <w:rPr>
          <w:rFonts w:ascii="Arial" w:hAnsi="Arial" w:cs="Arial"/>
        </w:rPr>
        <w:t>This form is used for equal opportunities monitoring purposes only. Information provided will be kept separate from the recruitment and selection process, will not be seen by the shortlisting or interview panel, and will only be used in anonymised form to help monitor the effectiveness of the Council's equality and diversity practices. Completion of this form is voluntary.</w:t>
      </w:r>
      <w:r w:rsidRPr="009F1ED4">
        <w:rPr>
          <w:rFonts w:ascii="Arial" w:hAnsi="Arial" w:cs="Arial"/>
        </w:rPr>
        <w:br/>
      </w:r>
    </w:p>
    <w:p w14:paraId="1F7D5B6E" w14:textId="77777777" w:rsidR="00811497" w:rsidRPr="009F1ED4" w:rsidRDefault="00000000">
      <w:pPr>
        <w:pStyle w:val="Heading2"/>
        <w:rPr>
          <w:rFonts w:ascii="Arial" w:hAnsi="Arial" w:cs="Arial"/>
        </w:rPr>
      </w:pPr>
      <w:r w:rsidRPr="009F1ED4">
        <w:rPr>
          <w:rFonts w:ascii="Arial" w:hAnsi="Arial" w:cs="Arial"/>
        </w:rPr>
        <w:t>Vacancy Details</w:t>
      </w:r>
    </w:p>
    <w:p w14:paraId="62804E61" w14:textId="77777777" w:rsidR="00EC1024" w:rsidRDefault="00EC1024">
      <w:pPr>
        <w:rPr>
          <w:rFonts w:ascii="Arial" w:hAnsi="Arial" w:cs="Arial"/>
        </w:rPr>
      </w:pPr>
    </w:p>
    <w:p w14:paraId="27295451" w14:textId="329A3F6F" w:rsidR="00811497" w:rsidRPr="009F1ED4" w:rsidRDefault="00000000">
      <w:pPr>
        <w:rPr>
          <w:rFonts w:ascii="Arial" w:hAnsi="Arial" w:cs="Arial"/>
        </w:rPr>
      </w:pPr>
      <w:r w:rsidRPr="009F1ED4">
        <w:rPr>
          <w:rFonts w:ascii="Arial" w:hAnsi="Arial" w:cs="Arial"/>
        </w:rPr>
        <w:t>Job Title: ______________________________________</w:t>
      </w:r>
    </w:p>
    <w:p w14:paraId="16300AE3" w14:textId="77777777" w:rsidR="00811497" w:rsidRPr="009F1ED4" w:rsidRDefault="00000000">
      <w:pPr>
        <w:pStyle w:val="Heading2"/>
        <w:rPr>
          <w:rFonts w:ascii="Arial" w:hAnsi="Arial" w:cs="Arial"/>
        </w:rPr>
      </w:pPr>
      <w:r w:rsidRPr="009F1ED4">
        <w:rPr>
          <w:rFonts w:ascii="Arial" w:hAnsi="Arial" w:cs="Arial"/>
        </w:rPr>
        <w:t>Gender Identity</w:t>
      </w:r>
    </w:p>
    <w:p w14:paraId="4B6FBD43" w14:textId="208CDD96" w:rsidR="00811497" w:rsidRPr="009F1ED4"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Female</w:t>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Pr="009F1ED4">
        <w:rPr>
          <w:rFonts w:ascii="Segoe UI Symbol" w:hAnsi="Segoe UI Symbol" w:cs="Segoe UI Symbol"/>
        </w:rPr>
        <w:t>☐</w:t>
      </w:r>
      <w:r w:rsidRPr="009F1ED4">
        <w:rPr>
          <w:rFonts w:ascii="Arial" w:hAnsi="Arial" w:cs="Arial"/>
        </w:rPr>
        <w:t xml:space="preserve"> Male</w:t>
      </w:r>
      <w:r w:rsidR="00EC1024">
        <w:rPr>
          <w:rFonts w:ascii="Arial" w:hAnsi="Arial" w:cs="Arial"/>
        </w:rPr>
        <w:tab/>
      </w:r>
      <w:r w:rsidR="00EC1024">
        <w:rPr>
          <w:rFonts w:ascii="Arial" w:hAnsi="Arial" w:cs="Arial"/>
        </w:rPr>
        <w:tab/>
      </w:r>
      <w:r w:rsidR="00EC1024">
        <w:rPr>
          <w:rFonts w:ascii="Arial" w:hAnsi="Arial" w:cs="Arial"/>
        </w:rPr>
        <w:tab/>
      </w:r>
      <w:r w:rsidRPr="009F1ED4">
        <w:rPr>
          <w:rFonts w:ascii="Segoe UI Symbol" w:hAnsi="Segoe UI Symbol" w:cs="Segoe UI Symbol"/>
        </w:rPr>
        <w:t>☐</w:t>
      </w:r>
      <w:r w:rsidRPr="009F1ED4">
        <w:rPr>
          <w:rFonts w:ascii="Arial" w:hAnsi="Arial" w:cs="Arial"/>
        </w:rPr>
        <w:t xml:space="preserve"> </w:t>
      </w:r>
      <w:proofErr w:type="gramStart"/>
      <w:r w:rsidRPr="009F1ED4">
        <w:rPr>
          <w:rFonts w:ascii="Arial" w:hAnsi="Arial" w:cs="Arial"/>
        </w:rPr>
        <w:t>Non-binary</w:t>
      </w:r>
      <w:proofErr w:type="gramEnd"/>
    </w:p>
    <w:p w14:paraId="18BC9E7D" w14:textId="77777777" w:rsidR="00811497" w:rsidRPr="009F1ED4"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Prefer to self-describe: __________________</w:t>
      </w:r>
    </w:p>
    <w:p w14:paraId="1718F183" w14:textId="77777777" w:rsidR="00811497" w:rsidRPr="009F1ED4"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Prefer not to say</w:t>
      </w:r>
    </w:p>
    <w:p w14:paraId="32F5E8BC" w14:textId="77777777" w:rsidR="00811497" w:rsidRPr="009F1ED4" w:rsidRDefault="00000000">
      <w:pPr>
        <w:pStyle w:val="Heading2"/>
        <w:rPr>
          <w:rFonts w:ascii="Arial" w:hAnsi="Arial" w:cs="Arial"/>
        </w:rPr>
      </w:pPr>
      <w:r w:rsidRPr="009F1ED4">
        <w:rPr>
          <w:rFonts w:ascii="Arial" w:hAnsi="Arial" w:cs="Arial"/>
        </w:rPr>
        <w:t>Age Group</w:t>
      </w:r>
    </w:p>
    <w:p w14:paraId="36F3697E" w14:textId="47FEEEBF" w:rsidR="00811497" w:rsidRPr="009F1ED4"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Under 18</w:t>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Pr="009F1ED4">
        <w:rPr>
          <w:rFonts w:ascii="Segoe UI Symbol" w:hAnsi="Segoe UI Symbol" w:cs="Segoe UI Symbol"/>
        </w:rPr>
        <w:t>☐</w:t>
      </w:r>
      <w:r w:rsidRPr="009F1ED4">
        <w:rPr>
          <w:rFonts w:ascii="Arial" w:hAnsi="Arial" w:cs="Arial"/>
        </w:rPr>
        <w:t xml:space="preserve"> 18–24</w:t>
      </w:r>
    </w:p>
    <w:p w14:paraId="5991956B" w14:textId="56360874" w:rsidR="00811497" w:rsidRPr="009F1ED4"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25–34</w:t>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Pr="009F1ED4">
        <w:rPr>
          <w:rFonts w:ascii="Segoe UI Symbol" w:hAnsi="Segoe UI Symbol" w:cs="Segoe UI Symbol"/>
        </w:rPr>
        <w:t>☐</w:t>
      </w:r>
      <w:r w:rsidRPr="009F1ED4">
        <w:rPr>
          <w:rFonts w:ascii="Arial" w:hAnsi="Arial" w:cs="Arial"/>
        </w:rPr>
        <w:t xml:space="preserve"> 35–44</w:t>
      </w:r>
    </w:p>
    <w:p w14:paraId="368FB9A7" w14:textId="12B36C71" w:rsidR="00811497" w:rsidRPr="009F1ED4"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45–54</w:t>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Pr="009F1ED4">
        <w:rPr>
          <w:rFonts w:ascii="Segoe UI Symbol" w:hAnsi="Segoe UI Symbol" w:cs="Segoe UI Symbol"/>
        </w:rPr>
        <w:t>☐</w:t>
      </w:r>
      <w:r w:rsidRPr="009F1ED4">
        <w:rPr>
          <w:rFonts w:ascii="Arial" w:hAnsi="Arial" w:cs="Arial"/>
        </w:rPr>
        <w:t xml:space="preserve"> 55–64</w:t>
      </w:r>
    </w:p>
    <w:p w14:paraId="10A12D20" w14:textId="07CFA666" w:rsidR="00811497" w:rsidRPr="009F1ED4"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65+</w:t>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00EC1024">
        <w:rPr>
          <w:rFonts w:ascii="Arial" w:hAnsi="Arial" w:cs="Arial"/>
        </w:rPr>
        <w:tab/>
      </w:r>
      <w:r w:rsidRPr="009F1ED4">
        <w:rPr>
          <w:rFonts w:ascii="Segoe UI Symbol" w:hAnsi="Segoe UI Symbol" w:cs="Segoe UI Symbol"/>
        </w:rPr>
        <w:t>☐</w:t>
      </w:r>
      <w:r w:rsidRPr="009F1ED4">
        <w:rPr>
          <w:rFonts w:ascii="Arial" w:hAnsi="Arial" w:cs="Arial"/>
        </w:rPr>
        <w:t xml:space="preserve"> Prefer not to say</w:t>
      </w:r>
    </w:p>
    <w:p w14:paraId="124CE54B" w14:textId="77777777" w:rsidR="00811497" w:rsidRPr="009F1ED4" w:rsidRDefault="00000000">
      <w:pPr>
        <w:pStyle w:val="Heading2"/>
        <w:rPr>
          <w:rFonts w:ascii="Arial" w:hAnsi="Arial" w:cs="Arial"/>
        </w:rPr>
      </w:pPr>
      <w:r w:rsidRPr="009F1ED4">
        <w:rPr>
          <w:rFonts w:ascii="Arial" w:hAnsi="Arial" w:cs="Arial"/>
        </w:rPr>
        <w:t>Ethnic Origin</w:t>
      </w:r>
    </w:p>
    <w:p w14:paraId="7D84380B" w14:textId="0140E29D" w:rsidR="00811497" w:rsidRPr="009F1ED4"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Asian / Asian British</w:t>
      </w:r>
      <w:r w:rsidR="00AD6AAD">
        <w:rPr>
          <w:rFonts w:ascii="Arial" w:hAnsi="Arial" w:cs="Arial"/>
        </w:rPr>
        <w:tab/>
      </w:r>
      <w:r w:rsidR="00AD6AAD">
        <w:rPr>
          <w:rFonts w:ascii="Arial" w:hAnsi="Arial" w:cs="Arial"/>
        </w:rPr>
        <w:tab/>
      </w:r>
      <w:r w:rsidR="00AD6AAD">
        <w:rPr>
          <w:rFonts w:ascii="Arial" w:hAnsi="Arial" w:cs="Arial"/>
        </w:rPr>
        <w:tab/>
      </w:r>
      <w:r w:rsidR="00AD6AAD">
        <w:rPr>
          <w:rFonts w:ascii="Arial" w:hAnsi="Arial" w:cs="Arial"/>
        </w:rPr>
        <w:tab/>
      </w:r>
      <w:r w:rsidRPr="009F1ED4">
        <w:rPr>
          <w:rFonts w:ascii="Segoe UI Symbol" w:hAnsi="Segoe UI Symbol" w:cs="Segoe UI Symbol"/>
        </w:rPr>
        <w:t>☐</w:t>
      </w:r>
      <w:r w:rsidRPr="009F1ED4">
        <w:rPr>
          <w:rFonts w:ascii="Arial" w:hAnsi="Arial" w:cs="Arial"/>
        </w:rPr>
        <w:t xml:space="preserve"> Black / African / Caribbean / Black British</w:t>
      </w:r>
    </w:p>
    <w:p w14:paraId="0AD742DF" w14:textId="3032E18E" w:rsidR="00811497" w:rsidRPr="009F1ED4"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Mixed or Multiple Ethnic Groups</w:t>
      </w:r>
      <w:r w:rsidR="00AD6AAD">
        <w:rPr>
          <w:rFonts w:ascii="Arial" w:hAnsi="Arial" w:cs="Arial"/>
        </w:rPr>
        <w:tab/>
      </w:r>
      <w:r w:rsidR="00AD6AAD">
        <w:rPr>
          <w:rFonts w:ascii="Arial" w:hAnsi="Arial" w:cs="Arial"/>
        </w:rPr>
        <w:tab/>
      </w:r>
      <w:r w:rsidR="00AD6AAD">
        <w:rPr>
          <w:rFonts w:ascii="Arial" w:hAnsi="Arial" w:cs="Arial"/>
        </w:rPr>
        <w:tab/>
      </w:r>
      <w:r w:rsidRPr="009F1ED4">
        <w:rPr>
          <w:rFonts w:ascii="Segoe UI Symbol" w:hAnsi="Segoe UI Symbol" w:cs="Segoe UI Symbol"/>
        </w:rPr>
        <w:t>☐</w:t>
      </w:r>
      <w:r w:rsidRPr="009F1ED4">
        <w:rPr>
          <w:rFonts w:ascii="Arial" w:hAnsi="Arial" w:cs="Arial"/>
        </w:rPr>
        <w:t xml:space="preserve"> White</w:t>
      </w:r>
    </w:p>
    <w:p w14:paraId="00AF5DF9" w14:textId="689DA3BE" w:rsidR="00AD6AAD"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Other Ethnic Group: __________________</w:t>
      </w:r>
      <w:r w:rsidR="00AD6AAD">
        <w:rPr>
          <w:rFonts w:ascii="Arial" w:hAnsi="Arial" w:cs="Arial"/>
        </w:rPr>
        <w:tab/>
      </w:r>
      <w:r w:rsidRPr="009F1ED4">
        <w:rPr>
          <w:rFonts w:ascii="Segoe UI Symbol" w:hAnsi="Segoe UI Symbol" w:cs="Segoe UI Symbol"/>
        </w:rPr>
        <w:t>☐</w:t>
      </w:r>
      <w:r w:rsidRPr="009F1ED4">
        <w:rPr>
          <w:rFonts w:ascii="Arial" w:hAnsi="Arial" w:cs="Arial"/>
        </w:rPr>
        <w:t xml:space="preserve"> Prefer not to say</w:t>
      </w:r>
    </w:p>
    <w:p w14:paraId="029FA238" w14:textId="77777777" w:rsidR="00AD6AAD" w:rsidRDefault="00AD6AAD">
      <w:pPr>
        <w:rPr>
          <w:rFonts w:ascii="Arial" w:hAnsi="Arial" w:cs="Arial"/>
        </w:rPr>
      </w:pPr>
      <w:r>
        <w:rPr>
          <w:rFonts w:ascii="Arial" w:hAnsi="Arial" w:cs="Arial"/>
        </w:rPr>
        <w:br w:type="page"/>
      </w:r>
    </w:p>
    <w:p w14:paraId="2FFF1A38" w14:textId="77777777" w:rsidR="00811497" w:rsidRPr="009F1ED4" w:rsidRDefault="00811497">
      <w:pPr>
        <w:rPr>
          <w:rFonts w:ascii="Arial" w:hAnsi="Arial" w:cs="Arial"/>
        </w:rPr>
      </w:pPr>
    </w:p>
    <w:p w14:paraId="62B4D014" w14:textId="77777777" w:rsidR="00811497" w:rsidRPr="009F1ED4" w:rsidRDefault="00000000">
      <w:pPr>
        <w:pStyle w:val="Heading2"/>
        <w:rPr>
          <w:rFonts w:ascii="Arial" w:hAnsi="Arial" w:cs="Arial"/>
        </w:rPr>
      </w:pPr>
      <w:r w:rsidRPr="009F1ED4">
        <w:rPr>
          <w:rFonts w:ascii="Arial" w:hAnsi="Arial" w:cs="Arial"/>
        </w:rPr>
        <w:t>Disability</w:t>
      </w:r>
    </w:p>
    <w:p w14:paraId="4D9F7911" w14:textId="77777777" w:rsidR="00811497" w:rsidRPr="009F1ED4" w:rsidRDefault="00000000">
      <w:pPr>
        <w:rPr>
          <w:rFonts w:ascii="Arial" w:hAnsi="Arial" w:cs="Arial"/>
        </w:rPr>
      </w:pPr>
      <w:r w:rsidRPr="009F1ED4">
        <w:rPr>
          <w:rFonts w:ascii="Arial" w:hAnsi="Arial" w:cs="Arial"/>
        </w:rPr>
        <w:t>Do you consider yourself to have a disability under the Equality Act 2010?</w:t>
      </w:r>
    </w:p>
    <w:p w14:paraId="79F45265" w14:textId="77777777" w:rsidR="00811497" w:rsidRPr="009F1ED4"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Yes   </w:t>
      </w:r>
      <w:r w:rsidRPr="009F1ED4">
        <w:rPr>
          <w:rFonts w:ascii="Segoe UI Symbol" w:hAnsi="Segoe UI Symbol" w:cs="Segoe UI Symbol"/>
        </w:rPr>
        <w:t>☐</w:t>
      </w:r>
      <w:r w:rsidRPr="009F1ED4">
        <w:rPr>
          <w:rFonts w:ascii="Arial" w:hAnsi="Arial" w:cs="Arial"/>
        </w:rPr>
        <w:t xml:space="preserve"> No   </w:t>
      </w:r>
      <w:r w:rsidRPr="009F1ED4">
        <w:rPr>
          <w:rFonts w:ascii="Segoe UI Symbol" w:hAnsi="Segoe UI Symbol" w:cs="Segoe UI Symbol"/>
        </w:rPr>
        <w:t>☐</w:t>
      </w:r>
      <w:r w:rsidRPr="009F1ED4">
        <w:rPr>
          <w:rFonts w:ascii="Arial" w:hAnsi="Arial" w:cs="Arial"/>
        </w:rPr>
        <w:t xml:space="preserve"> Prefer not to say</w:t>
      </w:r>
    </w:p>
    <w:p w14:paraId="2D09E900" w14:textId="77777777" w:rsidR="00811497" w:rsidRPr="009F1ED4" w:rsidRDefault="00000000">
      <w:pPr>
        <w:pStyle w:val="Heading2"/>
        <w:rPr>
          <w:rFonts w:ascii="Arial" w:hAnsi="Arial" w:cs="Arial"/>
        </w:rPr>
      </w:pPr>
      <w:r w:rsidRPr="009F1ED4">
        <w:rPr>
          <w:rFonts w:ascii="Arial" w:hAnsi="Arial" w:cs="Arial"/>
        </w:rPr>
        <w:t>Religion or Belief</w:t>
      </w:r>
    </w:p>
    <w:p w14:paraId="288F33BD" w14:textId="1C37F7A3" w:rsidR="0005611B"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No religion</w:t>
      </w:r>
      <w:r w:rsidR="00AD6AAD">
        <w:rPr>
          <w:rFonts w:ascii="Arial" w:hAnsi="Arial" w:cs="Arial"/>
        </w:rPr>
        <w:tab/>
      </w:r>
      <w:r w:rsidR="00AD6AAD">
        <w:rPr>
          <w:rFonts w:ascii="Arial" w:hAnsi="Arial" w:cs="Arial"/>
        </w:rPr>
        <w:tab/>
      </w:r>
      <w:r w:rsidR="00AD6AAD">
        <w:rPr>
          <w:rFonts w:ascii="Arial" w:hAnsi="Arial" w:cs="Arial"/>
        </w:rPr>
        <w:tab/>
      </w:r>
      <w:r w:rsidRPr="009F1ED4">
        <w:rPr>
          <w:rFonts w:ascii="Segoe UI Symbol" w:hAnsi="Segoe UI Symbol" w:cs="Segoe UI Symbol"/>
        </w:rPr>
        <w:t>☐</w:t>
      </w:r>
      <w:r w:rsidRPr="009F1ED4">
        <w:rPr>
          <w:rFonts w:ascii="Arial" w:hAnsi="Arial" w:cs="Arial"/>
        </w:rPr>
        <w:t xml:space="preserve"> Christian</w:t>
      </w:r>
      <w:r w:rsidR="00AD6AAD">
        <w:rPr>
          <w:rFonts w:ascii="Arial" w:hAnsi="Arial" w:cs="Arial"/>
        </w:rPr>
        <w:tab/>
      </w:r>
      <w:r w:rsidR="00AD6AAD">
        <w:rPr>
          <w:rFonts w:ascii="Arial" w:hAnsi="Arial" w:cs="Arial"/>
        </w:rPr>
        <w:tab/>
      </w:r>
      <w:r w:rsidRPr="009F1ED4">
        <w:rPr>
          <w:rFonts w:ascii="Segoe UI Symbol" w:hAnsi="Segoe UI Symbol" w:cs="Segoe UI Symbol"/>
        </w:rPr>
        <w:t>☐</w:t>
      </w:r>
      <w:r w:rsidRPr="009F1ED4">
        <w:rPr>
          <w:rFonts w:ascii="Arial" w:hAnsi="Arial" w:cs="Arial"/>
        </w:rPr>
        <w:t xml:space="preserve"> Buddhist</w:t>
      </w:r>
      <w:r w:rsidR="00AD6AAD">
        <w:rPr>
          <w:rFonts w:ascii="Arial" w:hAnsi="Arial" w:cs="Arial"/>
        </w:rPr>
        <w:tab/>
      </w:r>
      <w:r w:rsidR="00AD6AAD">
        <w:rPr>
          <w:rFonts w:ascii="Arial" w:hAnsi="Arial" w:cs="Arial"/>
        </w:rPr>
        <w:tab/>
      </w:r>
      <w:r w:rsidR="00AD6AAD">
        <w:rPr>
          <w:rFonts w:ascii="Arial" w:hAnsi="Arial" w:cs="Arial"/>
        </w:rPr>
        <w:tab/>
      </w:r>
    </w:p>
    <w:p w14:paraId="000615E5" w14:textId="2A23DE64" w:rsidR="00811497" w:rsidRPr="009F1ED4"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Hindu</w:t>
      </w:r>
      <w:r w:rsidR="0005611B">
        <w:rPr>
          <w:rFonts w:ascii="Arial" w:hAnsi="Arial" w:cs="Arial"/>
        </w:rPr>
        <w:tab/>
      </w:r>
      <w:r w:rsidR="0005611B">
        <w:rPr>
          <w:rFonts w:ascii="Arial" w:hAnsi="Arial" w:cs="Arial"/>
        </w:rPr>
        <w:tab/>
      </w:r>
      <w:r w:rsidR="0005611B">
        <w:rPr>
          <w:rFonts w:ascii="Arial" w:hAnsi="Arial" w:cs="Arial"/>
        </w:rPr>
        <w:tab/>
      </w:r>
      <w:r w:rsidRPr="009F1ED4">
        <w:rPr>
          <w:rFonts w:ascii="Segoe UI Symbol" w:hAnsi="Segoe UI Symbol" w:cs="Segoe UI Symbol"/>
        </w:rPr>
        <w:t>☐</w:t>
      </w:r>
      <w:r w:rsidRPr="009F1ED4">
        <w:rPr>
          <w:rFonts w:ascii="Arial" w:hAnsi="Arial" w:cs="Arial"/>
        </w:rPr>
        <w:t xml:space="preserve"> Jewish</w:t>
      </w:r>
      <w:r w:rsidR="0005611B">
        <w:rPr>
          <w:rFonts w:ascii="Arial" w:hAnsi="Arial" w:cs="Arial"/>
        </w:rPr>
        <w:tab/>
      </w:r>
      <w:r w:rsidR="0005611B">
        <w:rPr>
          <w:rFonts w:ascii="Arial" w:hAnsi="Arial" w:cs="Arial"/>
        </w:rPr>
        <w:tab/>
      </w:r>
      <w:r w:rsidRPr="009F1ED4">
        <w:rPr>
          <w:rFonts w:ascii="Segoe UI Symbol" w:hAnsi="Segoe UI Symbol" w:cs="Segoe UI Symbol"/>
        </w:rPr>
        <w:t>☐</w:t>
      </w:r>
      <w:r w:rsidRPr="009F1ED4">
        <w:rPr>
          <w:rFonts w:ascii="Arial" w:hAnsi="Arial" w:cs="Arial"/>
        </w:rPr>
        <w:t xml:space="preserve"> Muslim</w:t>
      </w:r>
    </w:p>
    <w:p w14:paraId="2D16E389" w14:textId="3D176251" w:rsidR="00811497" w:rsidRPr="009F1ED4"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Sikh</w:t>
      </w:r>
      <w:r w:rsidR="0005611B">
        <w:rPr>
          <w:rFonts w:ascii="Arial" w:hAnsi="Arial" w:cs="Arial"/>
        </w:rPr>
        <w:tab/>
      </w:r>
      <w:r w:rsidR="0005611B">
        <w:rPr>
          <w:rFonts w:ascii="Arial" w:hAnsi="Arial" w:cs="Arial"/>
        </w:rPr>
        <w:tab/>
      </w:r>
      <w:r w:rsidR="0005611B">
        <w:rPr>
          <w:rFonts w:ascii="Arial" w:hAnsi="Arial" w:cs="Arial"/>
        </w:rPr>
        <w:tab/>
      </w:r>
      <w:r w:rsidR="0005611B">
        <w:rPr>
          <w:rFonts w:ascii="Arial" w:hAnsi="Arial" w:cs="Arial"/>
        </w:rPr>
        <w:tab/>
      </w:r>
      <w:r w:rsidRPr="009F1ED4">
        <w:rPr>
          <w:rFonts w:ascii="Segoe UI Symbol" w:hAnsi="Segoe UI Symbol" w:cs="Segoe UI Symbol"/>
        </w:rPr>
        <w:t>☐</w:t>
      </w:r>
      <w:r w:rsidRPr="009F1ED4">
        <w:rPr>
          <w:rFonts w:ascii="Arial" w:hAnsi="Arial" w:cs="Arial"/>
        </w:rPr>
        <w:t xml:space="preserve"> Other: __________________</w:t>
      </w:r>
      <w:r w:rsidR="0005611B">
        <w:rPr>
          <w:rFonts w:ascii="Arial" w:hAnsi="Arial" w:cs="Arial"/>
        </w:rPr>
        <w:tab/>
      </w:r>
      <w:r w:rsidRPr="009F1ED4">
        <w:rPr>
          <w:rFonts w:ascii="Segoe UI Symbol" w:hAnsi="Segoe UI Symbol" w:cs="Segoe UI Symbol"/>
        </w:rPr>
        <w:t>☐</w:t>
      </w:r>
      <w:r w:rsidRPr="009F1ED4">
        <w:rPr>
          <w:rFonts w:ascii="Arial" w:hAnsi="Arial" w:cs="Arial"/>
        </w:rPr>
        <w:t xml:space="preserve"> Prefer not to say</w:t>
      </w:r>
    </w:p>
    <w:p w14:paraId="6223C62D" w14:textId="77777777" w:rsidR="00811497" w:rsidRPr="009F1ED4" w:rsidRDefault="00000000">
      <w:pPr>
        <w:pStyle w:val="Heading2"/>
        <w:rPr>
          <w:rFonts w:ascii="Arial" w:hAnsi="Arial" w:cs="Arial"/>
        </w:rPr>
      </w:pPr>
      <w:r w:rsidRPr="009F1ED4">
        <w:rPr>
          <w:rFonts w:ascii="Arial" w:hAnsi="Arial" w:cs="Arial"/>
        </w:rPr>
        <w:t>Sexual Orientation</w:t>
      </w:r>
    </w:p>
    <w:p w14:paraId="6F5944C4" w14:textId="054B9254" w:rsidR="00811497" w:rsidRPr="009F1ED4"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Heterosexual / Straight</w:t>
      </w:r>
      <w:r w:rsidR="0005611B">
        <w:rPr>
          <w:rFonts w:ascii="Arial" w:hAnsi="Arial" w:cs="Arial"/>
        </w:rPr>
        <w:tab/>
      </w:r>
      <w:r w:rsidRPr="009F1ED4">
        <w:rPr>
          <w:rFonts w:ascii="Segoe UI Symbol" w:hAnsi="Segoe UI Symbol" w:cs="Segoe UI Symbol"/>
        </w:rPr>
        <w:t>☐</w:t>
      </w:r>
      <w:r w:rsidRPr="009F1ED4">
        <w:rPr>
          <w:rFonts w:ascii="Arial" w:hAnsi="Arial" w:cs="Arial"/>
        </w:rPr>
        <w:t xml:space="preserve"> Gay Man</w:t>
      </w:r>
      <w:r w:rsidR="0005611B">
        <w:rPr>
          <w:rFonts w:ascii="Arial" w:hAnsi="Arial" w:cs="Arial"/>
        </w:rPr>
        <w:tab/>
      </w:r>
      <w:r w:rsidR="0005611B">
        <w:rPr>
          <w:rFonts w:ascii="Arial" w:hAnsi="Arial" w:cs="Arial"/>
        </w:rPr>
        <w:tab/>
      </w:r>
      <w:r w:rsidR="0005611B">
        <w:rPr>
          <w:rFonts w:ascii="Arial" w:hAnsi="Arial" w:cs="Arial"/>
        </w:rPr>
        <w:tab/>
      </w:r>
      <w:r w:rsidR="0005611B">
        <w:rPr>
          <w:rFonts w:ascii="Arial" w:hAnsi="Arial" w:cs="Arial"/>
        </w:rPr>
        <w:tab/>
      </w:r>
      <w:r w:rsidRPr="009F1ED4">
        <w:rPr>
          <w:rFonts w:ascii="Segoe UI Symbol" w:hAnsi="Segoe UI Symbol" w:cs="Segoe UI Symbol"/>
        </w:rPr>
        <w:t>☐</w:t>
      </w:r>
      <w:r w:rsidRPr="009F1ED4">
        <w:rPr>
          <w:rFonts w:ascii="Arial" w:hAnsi="Arial" w:cs="Arial"/>
        </w:rPr>
        <w:t xml:space="preserve"> Gay Woman / Lesbian</w:t>
      </w:r>
    </w:p>
    <w:p w14:paraId="7470295A" w14:textId="7F414045" w:rsidR="00811497" w:rsidRPr="009F1ED4"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Bisexual</w:t>
      </w:r>
      <w:r w:rsidR="0005611B">
        <w:rPr>
          <w:rFonts w:ascii="Arial" w:hAnsi="Arial" w:cs="Arial"/>
        </w:rPr>
        <w:tab/>
      </w:r>
      <w:r w:rsidR="0005611B">
        <w:rPr>
          <w:rFonts w:ascii="Arial" w:hAnsi="Arial" w:cs="Arial"/>
        </w:rPr>
        <w:tab/>
      </w:r>
      <w:r w:rsidR="0005611B">
        <w:rPr>
          <w:rFonts w:ascii="Arial" w:hAnsi="Arial" w:cs="Arial"/>
        </w:rPr>
        <w:tab/>
      </w:r>
      <w:r w:rsidRPr="009F1ED4">
        <w:rPr>
          <w:rFonts w:ascii="Segoe UI Symbol" w:hAnsi="Segoe UI Symbol" w:cs="Segoe UI Symbol"/>
        </w:rPr>
        <w:t>☐</w:t>
      </w:r>
      <w:r w:rsidRPr="009F1ED4">
        <w:rPr>
          <w:rFonts w:ascii="Arial" w:hAnsi="Arial" w:cs="Arial"/>
        </w:rPr>
        <w:t xml:space="preserve"> Other: __________________</w:t>
      </w:r>
      <w:r w:rsidR="0005611B">
        <w:rPr>
          <w:rFonts w:ascii="Arial" w:hAnsi="Arial" w:cs="Arial"/>
        </w:rPr>
        <w:tab/>
      </w:r>
      <w:r w:rsidRPr="009F1ED4">
        <w:rPr>
          <w:rFonts w:ascii="Segoe UI Symbol" w:hAnsi="Segoe UI Symbol" w:cs="Segoe UI Symbol"/>
        </w:rPr>
        <w:t>☐</w:t>
      </w:r>
      <w:r w:rsidRPr="009F1ED4">
        <w:rPr>
          <w:rFonts w:ascii="Arial" w:hAnsi="Arial" w:cs="Arial"/>
        </w:rPr>
        <w:t xml:space="preserve"> Prefer not to say</w:t>
      </w:r>
    </w:p>
    <w:p w14:paraId="0DEF5503" w14:textId="77777777" w:rsidR="00811497" w:rsidRPr="009F1ED4" w:rsidRDefault="00000000">
      <w:pPr>
        <w:pStyle w:val="Heading2"/>
        <w:rPr>
          <w:rFonts w:ascii="Arial" w:hAnsi="Arial" w:cs="Arial"/>
        </w:rPr>
      </w:pPr>
      <w:r w:rsidRPr="009F1ED4">
        <w:rPr>
          <w:rFonts w:ascii="Arial" w:hAnsi="Arial" w:cs="Arial"/>
        </w:rPr>
        <w:t>Caring Responsibilities</w:t>
      </w:r>
    </w:p>
    <w:p w14:paraId="319D1C8C" w14:textId="77777777" w:rsidR="00811497" w:rsidRPr="009F1ED4" w:rsidRDefault="00000000">
      <w:pPr>
        <w:rPr>
          <w:rFonts w:ascii="Arial" w:hAnsi="Arial" w:cs="Arial"/>
        </w:rPr>
      </w:pPr>
      <w:r w:rsidRPr="009F1ED4">
        <w:rPr>
          <w:rFonts w:ascii="Arial" w:hAnsi="Arial" w:cs="Arial"/>
        </w:rPr>
        <w:t>Do you have caring responsibilities?</w:t>
      </w:r>
    </w:p>
    <w:p w14:paraId="735CF322" w14:textId="77777777" w:rsidR="00811497" w:rsidRPr="009F1ED4" w:rsidRDefault="00000000">
      <w:pPr>
        <w:rPr>
          <w:rFonts w:ascii="Arial" w:hAnsi="Arial" w:cs="Arial"/>
        </w:rPr>
      </w:pPr>
      <w:r w:rsidRPr="009F1ED4">
        <w:rPr>
          <w:rFonts w:ascii="Segoe UI Symbol" w:hAnsi="Segoe UI Symbol" w:cs="Segoe UI Symbol"/>
        </w:rPr>
        <w:t>☐</w:t>
      </w:r>
      <w:r w:rsidRPr="009F1ED4">
        <w:rPr>
          <w:rFonts w:ascii="Arial" w:hAnsi="Arial" w:cs="Arial"/>
        </w:rPr>
        <w:t xml:space="preserve"> Yes   </w:t>
      </w:r>
      <w:r w:rsidRPr="009F1ED4">
        <w:rPr>
          <w:rFonts w:ascii="Segoe UI Symbol" w:hAnsi="Segoe UI Symbol" w:cs="Segoe UI Symbol"/>
        </w:rPr>
        <w:t>☐</w:t>
      </w:r>
      <w:r w:rsidRPr="009F1ED4">
        <w:rPr>
          <w:rFonts w:ascii="Arial" w:hAnsi="Arial" w:cs="Arial"/>
        </w:rPr>
        <w:t xml:space="preserve"> No   </w:t>
      </w:r>
      <w:r w:rsidRPr="009F1ED4">
        <w:rPr>
          <w:rFonts w:ascii="Segoe UI Symbol" w:hAnsi="Segoe UI Symbol" w:cs="Segoe UI Symbol"/>
        </w:rPr>
        <w:t>☐</w:t>
      </w:r>
      <w:r w:rsidRPr="009F1ED4">
        <w:rPr>
          <w:rFonts w:ascii="Arial" w:hAnsi="Arial" w:cs="Arial"/>
        </w:rPr>
        <w:t xml:space="preserve"> Prefer not to say</w:t>
      </w:r>
    </w:p>
    <w:p w14:paraId="20226249" w14:textId="77777777" w:rsidR="00811497" w:rsidRPr="009F1ED4" w:rsidRDefault="00000000">
      <w:pPr>
        <w:pStyle w:val="Heading2"/>
        <w:rPr>
          <w:rFonts w:ascii="Arial" w:hAnsi="Arial" w:cs="Arial"/>
        </w:rPr>
      </w:pPr>
      <w:r w:rsidRPr="009F1ED4">
        <w:rPr>
          <w:rFonts w:ascii="Arial" w:hAnsi="Arial" w:cs="Arial"/>
        </w:rPr>
        <w:t>Privacy Notice</w:t>
      </w:r>
    </w:p>
    <w:p w14:paraId="62214244" w14:textId="77777777" w:rsidR="00811497" w:rsidRPr="009F1ED4" w:rsidRDefault="00000000">
      <w:pPr>
        <w:rPr>
          <w:rFonts w:ascii="Arial" w:hAnsi="Arial" w:cs="Arial"/>
        </w:rPr>
      </w:pPr>
      <w:r w:rsidRPr="009F1ED4">
        <w:rPr>
          <w:rFonts w:ascii="Arial" w:hAnsi="Arial" w:cs="Arial"/>
        </w:rPr>
        <w:t xml:space="preserve">Stotfold Town Council will process the information provided on this form solely for equal </w:t>
      </w:r>
      <w:proofErr w:type="gramStart"/>
      <w:r w:rsidRPr="009F1ED4">
        <w:rPr>
          <w:rFonts w:ascii="Arial" w:hAnsi="Arial" w:cs="Arial"/>
        </w:rPr>
        <w:t>opportunities</w:t>
      </w:r>
      <w:proofErr w:type="gramEnd"/>
      <w:r w:rsidRPr="009F1ED4">
        <w:rPr>
          <w:rFonts w:ascii="Arial" w:hAnsi="Arial" w:cs="Arial"/>
        </w:rPr>
        <w:t xml:space="preserve"> monitoring and reporting purposes. The information will be kept separate from recruitment decision-making and will not be used in assessing your suitability for employment. Data will be processed in accordance with the UK GDPR and the Data Protection Act 2018 and retained in line with the Council's retention arrangements. You may choose not to complete this form.</w:t>
      </w:r>
    </w:p>
    <w:sectPr w:rsidR="00811497" w:rsidRPr="009F1ED4" w:rsidSect="006F082A">
      <w:headerReference w:type="first" r:id="rId8"/>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0F50D" w14:textId="77777777" w:rsidR="00E3051B" w:rsidRDefault="00E3051B" w:rsidP="009F1ED4">
      <w:pPr>
        <w:spacing w:after="0" w:line="240" w:lineRule="auto"/>
      </w:pPr>
      <w:r>
        <w:separator/>
      </w:r>
    </w:p>
  </w:endnote>
  <w:endnote w:type="continuationSeparator" w:id="0">
    <w:p w14:paraId="1B6C7C79" w14:textId="77777777" w:rsidR="00E3051B" w:rsidRDefault="00E3051B" w:rsidP="009F1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689E9" w14:textId="77777777" w:rsidR="00E3051B" w:rsidRDefault="00E3051B" w:rsidP="009F1ED4">
      <w:pPr>
        <w:spacing w:after="0" w:line="240" w:lineRule="auto"/>
      </w:pPr>
      <w:r>
        <w:separator/>
      </w:r>
    </w:p>
  </w:footnote>
  <w:footnote w:type="continuationSeparator" w:id="0">
    <w:p w14:paraId="30C5628E" w14:textId="77777777" w:rsidR="00E3051B" w:rsidRDefault="00E3051B" w:rsidP="009F1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D1095" w14:textId="2681969A" w:rsidR="009F1ED4" w:rsidRDefault="009F1ED4" w:rsidP="009F1ED4">
    <w:pPr>
      <w:pStyle w:val="Header"/>
      <w:jc w:val="center"/>
    </w:pPr>
    <w:r>
      <w:rPr>
        <w:noProof/>
      </w:rPr>
      <w:drawing>
        <wp:inline distT="0" distB="0" distL="0" distR="0" wp14:anchorId="547B4E7D" wp14:editId="7BC7A796">
          <wp:extent cx="731980" cy="800100"/>
          <wp:effectExtent l="0" t="0" r="0" b="0"/>
          <wp:docPr id="19654287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428724" name="Picture 1965428724"/>
                  <pic:cNvPicPr/>
                </pic:nvPicPr>
                <pic:blipFill>
                  <a:blip r:embed="rId1"/>
                  <a:stretch>
                    <a:fillRect/>
                  </a:stretch>
                </pic:blipFill>
                <pic:spPr>
                  <a:xfrm>
                    <a:off x="0" y="0"/>
                    <a:ext cx="735146" cy="8035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25722862">
    <w:abstractNumId w:val="8"/>
  </w:num>
  <w:num w:numId="2" w16cid:durableId="1952394967">
    <w:abstractNumId w:val="6"/>
  </w:num>
  <w:num w:numId="3" w16cid:durableId="127745716">
    <w:abstractNumId w:val="5"/>
  </w:num>
  <w:num w:numId="4" w16cid:durableId="1852989300">
    <w:abstractNumId w:val="4"/>
  </w:num>
  <w:num w:numId="5" w16cid:durableId="1971744779">
    <w:abstractNumId w:val="7"/>
  </w:num>
  <w:num w:numId="6" w16cid:durableId="724639622">
    <w:abstractNumId w:val="3"/>
  </w:num>
  <w:num w:numId="7" w16cid:durableId="24647971">
    <w:abstractNumId w:val="2"/>
  </w:num>
  <w:num w:numId="8" w16cid:durableId="590696816">
    <w:abstractNumId w:val="1"/>
  </w:num>
  <w:num w:numId="9" w16cid:durableId="1158350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11B"/>
    <w:rsid w:val="0006063C"/>
    <w:rsid w:val="0015074B"/>
    <w:rsid w:val="0029639D"/>
    <w:rsid w:val="00326F90"/>
    <w:rsid w:val="006572BA"/>
    <w:rsid w:val="006E5349"/>
    <w:rsid w:val="006F082A"/>
    <w:rsid w:val="00811497"/>
    <w:rsid w:val="009F1ED4"/>
    <w:rsid w:val="00AA1D8D"/>
    <w:rsid w:val="00AD6AAD"/>
    <w:rsid w:val="00B47730"/>
    <w:rsid w:val="00CB0664"/>
    <w:rsid w:val="00E3051B"/>
    <w:rsid w:val="00EC102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5226A2FA-F86A-45E7-97E8-A9D3AB876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4EEB90C48B17240BEC91DFEADFD9D13" ma:contentTypeVersion="15" ma:contentTypeDescription="Create a new document." ma:contentTypeScope="" ma:versionID="31528fe435ae6d69d28a2909b51aa46b">
  <xsd:schema xmlns:xsd="http://www.w3.org/2001/XMLSchema" xmlns:xs="http://www.w3.org/2001/XMLSchema" xmlns:p="http://schemas.microsoft.com/office/2006/metadata/properties" xmlns:ns2="1f0b2f38-6bef-42f1-9aa2-49b4972d8198" xmlns:ns3="040943e0-42a6-4b35-ad56-c6ebf91ec586" targetNamespace="http://schemas.microsoft.com/office/2006/metadata/properties" ma:root="true" ma:fieldsID="a9a70935c06267d284caf49391d16622" ns2:_="" ns3:_="">
    <xsd:import namespace="1f0b2f38-6bef-42f1-9aa2-49b4972d8198"/>
    <xsd:import namespace="040943e0-42a6-4b35-ad56-c6ebf91ec5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0b2f38-6bef-42f1-9aa2-49b4972d81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5afba9b-0723-42f5-a95c-9111ba192cc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0943e0-42a6-4b35-ad56-c6ebf91ec58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0d33a1f-bbd1-4334-842b-62a19a5faec1}" ma:internalName="TaxCatchAll" ma:showField="CatchAllData" ma:web="040943e0-42a6-4b35-ad56-c6ebf91ec58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40943e0-42a6-4b35-ad56-c6ebf91ec586" xsi:nil="true"/>
    <lcf76f155ced4ddcb4097134ff3c332f xmlns="1f0b2f38-6bef-42f1-9aa2-49b4972d81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8FEBEDA-9D22-494E-A82A-6C041A1249A6}"/>
</file>

<file path=customXml/itemProps3.xml><?xml version="1.0" encoding="utf-8"?>
<ds:datastoreItem xmlns:ds="http://schemas.openxmlformats.org/officeDocument/2006/customXml" ds:itemID="{183257A2-1A7C-4900-AAF7-B19095F2245F}"/>
</file>

<file path=customXml/itemProps4.xml><?xml version="1.0" encoding="utf-8"?>
<ds:datastoreItem xmlns:ds="http://schemas.openxmlformats.org/officeDocument/2006/customXml" ds:itemID="{B32A9142-10B9-48FE-8374-AD83FC3AD915}"/>
</file>

<file path=docProps/app.xml><?xml version="1.0" encoding="utf-8"?>
<Properties xmlns="http://schemas.openxmlformats.org/officeDocument/2006/extended-properties" xmlns:vt="http://schemas.openxmlformats.org/officeDocument/2006/docPropsVTypes">
  <Template>Normal</Template>
  <TotalTime>5</TotalTime>
  <Pages>2</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Payne</dc:creator>
  <cp:keywords/>
  <dc:description>generated by python-docx</dc:description>
  <cp:lastModifiedBy>Emma Payne</cp:lastModifiedBy>
  <cp:revision>7</cp:revision>
  <dcterms:created xsi:type="dcterms:W3CDTF">2026-10-05T08:50:00Z</dcterms:created>
  <dcterms:modified xsi:type="dcterms:W3CDTF">2026-10-05T08:54:00Z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0x010100D4EEB90C48B17240BEC91DFEADFD9D13</vt:lpwstr>
  </property>
</Properties>
</file>